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A4C28" w14:textId="77777777" w:rsidR="001844C4" w:rsidRDefault="004E2BEF">
      <w:pPr>
        <w:jc w:val="center"/>
      </w:pPr>
      <w:r>
        <w:rPr>
          <w:noProof/>
        </w:rPr>
        <w:drawing>
          <wp:inline distT="0" distB="0" distL="0" distR="0" wp14:anchorId="5ED7137E" wp14:editId="7C13A42F">
            <wp:extent cx="6601968" cy="15596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unk_heade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01968" cy="155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8519A" w14:textId="77777777" w:rsidR="001844C4" w:rsidRDefault="004E2BEF">
      <w:r>
        <w:rPr>
          <w:sz w:val="1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3197"/>
        <w:gridCol w:w="1411"/>
        <w:gridCol w:w="4262"/>
      </w:tblGrid>
      <w:tr w:rsidR="001844C4" w14:paraId="616E305D" w14:textId="77777777">
        <w:trPr>
          <w:trHeight w:val="490"/>
          <w:jc w:val="center"/>
        </w:trPr>
        <w:tc>
          <w:tcPr>
            <w:tcW w:w="15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F6E31" w14:textId="77777777" w:rsidR="001844C4" w:rsidRDefault="004E2BEF">
            <w:r>
              <w:t>First Name:</w:t>
            </w:r>
          </w:p>
        </w:tc>
        <w:tc>
          <w:tcPr>
            <w:tcW w:w="3197" w:type="dxa"/>
            <w:tcBorders>
              <w:bottom w:val="single" w:sz="10" w:space="0" w:color="143D7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32132" w14:textId="77777777" w:rsidR="001844C4" w:rsidRDefault="004E2BEF">
            <w:sdt>
              <w:sdtPr>
                <w:alias w:val="First Name"/>
                <w:tag w:val="First Name"/>
                <w:id w:val="40101"/>
                <w:text/>
              </w:sdtPr>
              <w:sdtEndPr/>
              <w:sdtContent>
                <w:r>
                  <w:rPr>
                    <w:color w:val="8194AA"/>
                    <w:sz w:val="18"/>
                  </w:rPr>
                  <w:t>Click to type</w:t>
                </w:r>
              </w:sdtContent>
            </w:sdt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D5B5F" w14:textId="77777777" w:rsidR="001844C4" w:rsidRDefault="004E2BEF">
            <w:r>
              <w:t>Last Name:</w:t>
            </w:r>
          </w:p>
        </w:tc>
        <w:tc>
          <w:tcPr>
            <w:tcW w:w="4262" w:type="dxa"/>
            <w:tcBorders>
              <w:bottom w:val="single" w:sz="10" w:space="0" w:color="143D7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72E0A" w14:textId="77777777" w:rsidR="001844C4" w:rsidRDefault="004E2BEF">
            <w:sdt>
              <w:sdtPr>
                <w:alias w:val="Last Name"/>
                <w:tag w:val="Last Name"/>
                <w:id w:val="40102"/>
                <w:text/>
              </w:sdtPr>
              <w:sdtEndPr/>
              <w:sdtContent>
                <w:r>
                  <w:rPr>
                    <w:color w:val="8194AA"/>
                    <w:sz w:val="18"/>
                  </w:rPr>
                  <w:t>Click to type</w:t>
                </w:r>
              </w:sdtContent>
            </w:sdt>
          </w:p>
        </w:tc>
      </w:tr>
    </w:tbl>
    <w:p w14:paraId="5B424E01" w14:textId="77777777" w:rsidR="001844C4" w:rsidRDefault="004E2BEF">
      <w:r>
        <w:rPr>
          <w:sz w:val="36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720"/>
        <w:gridCol w:w="1843"/>
        <w:gridCol w:w="720"/>
        <w:gridCol w:w="1296"/>
        <w:gridCol w:w="720"/>
        <w:gridCol w:w="3571"/>
      </w:tblGrid>
      <w:tr w:rsidR="001844C4" w14:paraId="7EA42B0E" w14:textId="77777777">
        <w:trPr>
          <w:trHeight w:val="490"/>
          <w:jc w:val="center"/>
        </w:trPr>
        <w:tc>
          <w:tcPr>
            <w:tcW w:w="15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75D9F" w14:textId="77777777" w:rsidR="001844C4" w:rsidRDefault="004E2BEF">
            <w:r>
              <w:t>Resident</w:t>
            </w:r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F6DC3" w14:textId="77777777" w:rsidR="001844C4" w:rsidRDefault="004E2BEF">
            <w:sdt>
              <w:sdtPr>
                <w:alias w:val="Resident"/>
                <w:tag w:val="Resident"/>
                <w:id w:val="4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hAnsi="MS Gothic"/>
                  </w:rPr>
                  <w:t>☐</w:t>
                </w:r>
              </w:sdtContent>
            </w:sdt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292E0" w14:textId="77777777" w:rsidR="001844C4" w:rsidRDefault="004E2BEF">
            <w:r>
              <w:t>Business</w:t>
            </w:r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98EB0" w14:textId="77777777" w:rsidR="001844C4" w:rsidRDefault="004E2BEF">
            <w:sdt>
              <w:sdtPr>
                <w:alias w:val="Business"/>
                <w:tag w:val="Business"/>
                <w:id w:val="4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hAnsi="MS Gothic"/>
                  </w:rPr>
                  <w:t>☐</w:t>
                </w:r>
              </w:sdtContent>
            </w:sdt>
          </w:p>
        </w:tc>
        <w:tc>
          <w:tcPr>
            <w:tcW w:w="12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3E4AF" w14:textId="77777777" w:rsidR="001844C4" w:rsidRDefault="004E2BEF">
            <w:r>
              <w:t>Other</w:t>
            </w:r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8D2E3" w14:textId="77777777" w:rsidR="001844C4" w:rsidRDefault="004E2BEF">
            <w:sdt>
              <w:sdtPr>
                <w:alias w:val="Other"/>
                <w:tag w:val="Other"/>
                <w:id w:val="4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hAnsi="MS Gothic"/>
                  </w:rPr>
                  <w:t>☐</w:t>
                </w:r>
              </w:sdtContent>
            </w:sdt>
          </w:p>
        </w:tc>
        <w:tc>
          <w:tcPr>
            <w:tcW w:w="3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029D" w14:textId="77777777" w:rsidR="001844C4" w:rsidRDefault="001844C4"/>
        </w:tc>
      </w:tr>
    </w:tbl>
    <w:p w14:paraId="7B14B92F" w14:textId="77777777" w:rsidR="001844C4" w:rsidRDefault="004E2BEF">
      <w:r>
        <w:rPr>
          <w:sz w:val="3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7"/>
        <w:gridCol w:w="6480"/>
      </w:tblGrid>
      <w:tr w:rsidR="001844C4" w14:paraId="6069B13D" w14:textId="77777777">
        <w:trPr>
          <w:trHeight w:val="490"/>
          <w:jc w:val="center"/>
        </w:trPr>
        <w:tc>
          <w:tcPr>
            <w:tcW w:w="39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3F13" w14:textId="77777777" w:rsidR="001844C4" w:rsidRDefault="004E2BEF">
            <w:r>
              <w:t>Business Name (if applicable):</w:t>
            </w:r>
          </w:p>
        </w:tc>
        <w:tc>
          <w:tcPr>
            <w:tcW w:w="6480" w:type="dxa"/>
            <w:tcBorders>
              <w:bottom w:val="single" w:sz="10" w:space="0" w:color="143D7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DB79B" w14:textId="77777777" w:rsidR="001844C4" w:rsidRDefault="004E2BEF">
            <w:sdt>
              <w:sdtPr>
                <w:alias w:val="Business Name"/>
                <w:tag w:val="Business Name"/>
                <w:id w:val="40106"/>
                <w:text/>
              </w:sdtPr>
              <w:sdtEndPr/>
              <w:sdtContent>
                <w:r>
                  <w:rPr>
                    <w:color w:val="8194AA"/>
                    <w:sz w:val="18"/>
                  </w:rPr>
                  <w:t>Click to type</w:t>
                </w:r>
              </w:sdtContent>
            </w:sdt>
          </w:p>
        </w:tc>
      </w:tr>
    </w:tbl>
    <w:p w14:paraId="51C15BA2" w14:textId="77777777" w:rsidR="001844C4" w:rsidRDefault="004E2BEF">
      <w:r>
        <w:rPr>
          <w:sz w:val="3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6"/>
        <w:gridCol w:w="2952"/>
        <w:gridCol w:w="1008"/>
        <w:gridCol w:w="4421"/>
      </w:tblGrid>
      <w:tr w:rsidR="001844C4" w14:paraId="4682E188" w14:textId="77777777">
        <w:trPr>
          <w:trHeight w:val="490"/>
          <w:jc w:val="center"/>
        </w:trPr>
        <w:tc>
          <w:tcPr>
            <w:tcW w:w="20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533F7" w14:textId="77777777" w:rsidR="001844C4" w:rsidRDefault="004E2BEF">
            <w:r>
              <w:t>Phone Number:</w:t>
            </w:r>
          </w:p>
        </w:tc>
        <w:tc>
          <w:tcPr>
            <w:tcW w:w="2952" w:type="dxa"/>
            <w:tcBorders>
              <w:bottom w:val="single" w:sz="10" w:space="0" w:color="143D7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7439A" w14:textId="77777777" w:rsidR="001844C4" w:rsidRDefault="004E2BEF">
            <w:sdt>
              <w:sdtPr>
                <w:alias w:val="Phone Number"/>
                <w:tag w:val="Phone Number"/>
                <w:id w:val="40107"/>
                <w:text/>
              </w:sdtPr>
              <w:sdtEndPr/>
              <w:sdtContent>
                <w:r>
                  <w:rPr>
                    <w:color w:val="8194AA"/>
                    <w:sz w:val="18"/>
                  </w:rPr>
                  <w:t>Click to type</w:t>
                </w:r>
              </w:sdtContent>
            </w:sdt>
          </w:p>
        </w:tc>
        <w:tc>
          <w:tcPr>
            <w:tcW w:w="10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93F9E" w14:textId="77777777" w:rsidR="001844C4" w:rsidRDefault="004E2BEF">
            <w:r>
              <w:t>Email:</w:t>
            </w:r>
          </w:p>
        </w:tc>
        <w:tc>
          <w:tcPr>
            <w:tcW w:w="4421" w:type="dxa"/>
            <w:tcBorders>
              <w:bottom w:val="single" w:sz="10" w:space="0" w:color="143D7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A649E" w14:textId="77777777" w:rsidR="001844C4" w:rsidRDefault="004E2BEF">
            <w:sdt>
              <w:sdtPr>
                <w:alias w:val="Email"/>
                <w:tag w:val="Email"/>
                <w:id w:val="40108"/>
                <w:text/>
              </w:sdtPr>
              <w:sdtEndPr/>
              <w:sdtContent>
                <w:r>
                  <w:rPr>
                    <w:color w:val="8194AA"/>
                    <w:sz w:val="18"/>
                  </w:rPr>
                  <w:t>Click to type</w:t>
                </w:r>
              </w:sdtContent>
            </w:sdt>
          </w:p>
        </w:tc>
      </w:tr>
    </w:tbl>
    <w:p w14:paraId="2612F9F8" w14:textId="77777777" w:rsidR="001844C4" w:rsidRDefault="004E2BEF">
      <w:r>
        <w:rPr>
          <w:sz w:val="36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4"/>
        <w:gridCol w:w="3528"/>
        <w:gridCol w:w="2246"/>
        <w:gridCol w:w="3989"/>
      </w:tblGrid>
      <w:tr w:rsidR="001844C4" w14:paraId="463C0E2D" w14:textId="77777777">
        <w:trPr>
          <w:trHeight w:val="490"/>
          <w:jc w:val="center"/>
        </w:trPr>
        <w:tc>
          <w:tcPr>
            <w:tcW w:w="6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C7796" w14:textId="77777777" w:rsidR="001844C4" w:rsidRDefault="004E2BEF">
            <w:r>
              <w:t>City:</w:t>
            </w:r>
          </w:p>
        </w:tc>
        <w:tc>
          <w:tcPr>
            <w:tcW w:w="3528" w:type="dxa"/>
            <w:tcBorders>
              <w:bottom w:val="single" w:sz="10" w:space="0" w:color="143D7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47CD4" w14:textId="77777777" w:rsidR="001844C4" w:rsidRDefault="004E2BEF">
            <w:sdt>
              <w:sdtPr>
                <w:alias w:val="City"/>
                <w:tag w:val="City"/>
                <w:id w:val="40109"/>
                <w:text/>
              </w:sdtPr>
              <w:sdtEndPr/>
              <w:sdtContent>
                <w:r>
                  <w:rPr>
                    <w:color w:val="8194AA"/>
                    <w:sz w:val="18"/>
                  </w:rPr>
                  <w:t>Click to type</w:t>
                </w:r>
              </w:sdtContent>
            </w:sdt>
          </w:p>
        </w:tc>
        <w:tc>
          <w:tcPr>
            <w:tcW w:w="22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5817F" w14:textId="77777777" w:rsidR="001844C4" w:rsidRDefault="004E2BEF">
            <w:r>
              <w:t>License Plate #:</w:t>
            </w:r>
          </w:p>
        </w:tc>
        <w:tc>
          <w:tcPr>
            <w:tcW w:w="3989" w:type="dxa"/>
            <w:tcBorders>
              <w:bottom w:val="single" w:sz="10" w:space="0" w:color="143D7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5AC9D" w14:textId="77777777" w:rsidR="001844C4" w:rsidRDefault="004E2BEF">
            <w:sdt>
              <w:sdtPr>
                <w:alias w:val="License Plate"/>
                <w:tag w:val="License Plate"/>
                <w:id w:val="40110"/>
                <w:text/>
              </w:sdtPr>
              <w:sdtEndPr/>
              <w:sdtContent>
                <w:r>
                  <w:rPr>
                    <w:color w:val="8194AA"/>
                    <w:sz w:val="18"/>
                  </w:rPr>
                  <w:t>Click to type</w:t>
                </w:r>
              </w:sdtContent>
            </w:sdt>
          </w:p>
        </w:tc>
      </w:tr>
    </w:tbl>
    <w:p w14:paraId="08F8BA07" w14:textId="77777777" w:rsidR="001844C4" w:rsidRDefault="004E2BEF">
      <w:r>
        <w:rPr>
          <w:sz w:val="36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1"/>
        <w:gridCol w:w="4666"/>
        <w:gridCol w:w="979"/>
        <w:gridCol w:w="2131"/>
      </w:tblGrid>
      <w:tr w:rsidR="001844C4" w14:paraId="0F438268" w14:textId="77777777">
        <w:trPr>
          <w:trHeight w:val="490"/>
          <w:jc w:val="center"/>
        </w:trPr>
        <w:tc>
          <w:tcPr>
            <w:tcW w:w="26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64AD" w14:textId="77777777" w:rsidR="001844C4" w:rsidRDefault="004E2BEF">
            <w:r>
              <w:t>Make/model of Car:</w:t>
            </w:r>
          </w:p>
        </w:tc>
        <w:tc>
          <w:tcPr>
            <w:tcW w:w="4666" w:type="dxa"/>
            <w:tcBorders>
              <w:bottom w:val="single" w:sz="10" w:space="0" w:color="143D7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41B49" w14:textId="77777777" w:rsidR="001844C4" w:rsidRDefault="004E2BEF">
            <w:sdt>
              <w:sdtPr>
                <w:alias w:val="Make / Model of Car"/>
                <w:tag w:val="Make / Model of Car"/>
                <w:id w:val="40111"/>
                <w:text/>
              </w:sdtPr>
              <w:sdtEndPr/>
              <w:sdtContent>
                <w:r>
                  <w:rPr>
                    <w:color w:val="8194AA"/>
                    <w:sz w:val="18"/>
                  </w:rPr>
                  <w:t>Click to type</w:t>
                </w:r>
              </w:sdtContent>
            </w:sdt>
          </w:p>
        </w:tc>
        <w:tc>
          <w:tcPr>
            <w:tcW w:w="9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A294" w14:textId="77777777" w:rsidR="001844C4" w:rsidRDefault="004E2BEF">
            <w:r>
              <w:t>Color:</w:t>
            </w:r>
          </w:p>
        </w:tc>
        <w:tc>
          <w:tcPr>
            <w:tcW w:w="2131" w:type="dxa"/>
            <w:tcBorders>
              <w:bottom w:val="single" w:sz="10" w:space="0" w:color="143D7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4C055" w14:textId="77777777" w:rsidR="001844C4" w:rsidRDefault="004E2BEF">
            <w:sdt>
              <w:sdtPr>
                <w:alias w:val="Vehicle Color"/>
                <w:tag w:val="Vehicle Color"/>
                <w:id w:val="40112"/>
                <w:text/>
              </w:sdtPr>
              <w:sdtEndPr/>
              <w:sdtContent>
                <w:r>
                  <w:rPr>
                    <w:color w:val="8194AA"/>
                    <w:sz w:val="18"/>
                  </w:rPr>
                  <w:t>Click to type</w:t>
                </w:r>
              </w:sdtContent>
            </w:sdt>
          </w:p>
        </w:tc>
      </w:tr>
    </w:tbl>
    <w:p w14:paraId="2BEE7745" w14:textId="77777777" w:rsidR="001844C4" w:rsidRDefault="004E2BEF">
      <w:r>
        <w:rPr>
          <w:sz w:val="40"/>
        </w:rPr>
        <w:t xml:space="preserve"> </w:t>
      </w:r>
    </w:p>
    <w:p w14:paraId="76626156" w14:textId="77777777" w:rsidR="001844C4" w:rsidRDefault="004E2BEF">
      <w:pPr>
        <w:jc w:val="center"/>
      </w:pPr>
      <w:r>
        <w:t>What do you plan on bringing? (Candy, baked goods, merch etc;)</w:t>
      </w:r>
    </w:p>
    <w:p w14:paraId="373D2730" w14:textId="77777777" w:rsidR="001844C4" w:rsidRDefault="004E2BEF">
      <w:r>
        <w:rPr>
          <w:sz w:val="20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97"/>
      </w:tblGrid>
      <w:tr w:rsidR="001844C4" w14:paraId="09994A6A" w14:textId="77777777">
        <w:trPr>
          <w:trHeight w:val="547"/>
          <w:jc w:val="center"/>
        </w:trPr>
        <w:tc>
          <w:tcPr>
            <w:tcW w:w="10397" w:type="dxa"/>
            <w:tcBorders>
              <w:bottom w:val="single" w:sz="10" w:space="0" w:color="143D7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53B86" w14:textId="77777777" w:rsidR="001844C4" w:rsidRDefault="004E2BEF">
            <w:sdt>
              <w:sdtPr>
                <w:alias w:val="Items to Bring"/>
                <w:tag w:val="Items to Bring"/>
                <w:id w:val="40113"/>
                <w:text/>
              </w:sdtPr>
              <w:sdtEndPr/>
              <w:sdtContent>
                <w:r>
                  <w:rPr>
                    <w:color w:val="8194AA"/>
                    <w:sz w:val="18"/>
                  </w:rPr>
                  <w:t>Click to type</w:t>
                </w:r>
              </w:sdtContent>
            </w:sdt>
          </w:p>
        </w:tc>
      </w:tr>
    </w:tbl>
    <w:p w14:paraId="58C889F7" w14:textId="77777777" w:rsidR="001844C4" w:rsidRDefault="004E2BEF">
      <w:r>
        <w:rPr>
          <w:sz w:val="44"/>
        </w:rPr>
        <w:t xml:space="preserve"> </w:t>
      </w:r>
    </w:p>
    <w:p w14:paraId="2061B12F" w14:textId="77777777" w:rsidR="001844C4" w:rsidRDefault="004E2BEF">
      <w:pPr>
        <w:jc w:val="center"/>
      </w:pPr>
      <w:r>
        <w:t>Please arrive at Town Hall from 3pm - 3:30pm on October 29</w:t>
      </w:r>
      <w:r>
        <w:t>ᵗ</w:t>
      </w:r>
      <w:r>
        <w:t>ʰ</w:t>
      </w:r>
      <w:r>
        <w:t xml:space="preserve"> to</w:t>
      </w:r>
      <w:r>
        <w:br/>
      </w:r>
      <w:r>
        <w:t>park your car and set up your trunk.</w:t>
      </w:r>
    </w:p>
    <w:sectPr w:rsidR="001844C4" w:rsidSect="00034616">
      <w:pgSz w:w="12240" w:h="15840"/>
      <w:pgMar w:top="547" w:right="922" w:bottom="720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9100749">
    <w:abstractNumId w:val="8"/>
  </w:num>
  <w:num w:numId="2" w16cid:durableId="1557398328">
    <w:abstractNumId w:val="6"/>
  </w:num>
  <w:num w:numId="3" w16cid:durableId="134180411">
    <w:abstractNumId w:val="5"/>
  </w:num>
  <w:num w:numId="4" w16cid:durableId="1887912325">
    <w:abstractNumId w:val="4"/>
  </w:num>
  <w:num w:numId="5" w16cid:durableId="56713229">
    <w:abstractNumId w:val="7"/>
  </w:num>
  <w:num w:numId="6" w16cid:durableId="723917756">
    <w:abstractNumId w:val="3"/>
  </w:num>
  <w:num w:numId="7" w16cid:durableId="531842426">
    <w:abstractNumId w:val="2"/>
  </w:num>
  <w:num w:numId="8" w16cid:durableId="301349886">
    <w:abstractNumId w:val="1"/>
  </w:num>
  <w:num w:numId="9" w16cid:durableId="105323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44C4"/>
    <w:rsid w:val="0029639D"/>
    <w:rsid w:val="00326F90"/>
    <w:rsid w:val="00477A51"/>
    <w:rsid w:val="004E2BEF"/>
    <w:rsid w:val="00A37805"/>
    <w:rsid w:val="00AA1D8D"/>
    <w:rsid w:val="00B47730"/>
    <w:rsid w:val="00CB0664"/>
    <w:rsid w:val="00E90D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C31430"/>
  <w14:defaultImageDpi w14:val="300"/>
  <w15:docId w15:val="{024C4991-49A6-44BB-846B-EA6F34E5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133D7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Madison Pendleton</cp:lastModifiedBy>
  <cp:revision>2</cp:revision>
  <dcterms:created xsi:type="dcterms:W3CDTF">2026-10-15T17:34:00Z</dcterms:created>
  <dcterms:modified xsi:type="dcterms:W3CDTF">2026-10-15T17:34:00Z</dcterms:modified>
  <cp:category/>
</cp:coreProperties>
</file>